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מקורות הכנסה והוצאה בתקציב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תקציב מאוזן או בגירעון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קביעת סכום חיסכון קבוע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שמראה הכנסות והוצאות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דמי כיס או עבודה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בתחילת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נסיעות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תקציב מאוזן הוא כשההכנסות וההוצאות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מבטיחים שהחיסכון באמת קורה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הדרכים לאזן את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דמי כיס הם הכנסה, לא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ההרגל הנכון הוא להפריש חיסכון מראש, לא להשאיר במקרה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הקטין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(דוגמה להכנסה)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(דוגמה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(הוצאות גדולות מהכנסות)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שנשאר אחרי ההוצאות)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(הרגל כלכלי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רושמים מאיפה מגיע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רושמים את ההוצאות החודשיות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מכניסים את הנתונים למחשבון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מחפשים הוצאות להקטין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קובעים סכום חיסכון 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חישב נכון הכנסות מול הוצאות וענה אם מאוזן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התלמיד בוחר 2 הוצאות הגיוניות ומסביר את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הכנסה - כסף שמגיע, הוצאה - כסף שמשלמים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כשההכנסות וההוצאות 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להבטיח שהחיסכון באמת יקרה ולא יישכח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דוגמאות אמיתיות (או מומצאות) מחיי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ההרגל של תשלום לעצמי לפני הוצאות 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ולהשוות תקציבים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בניית תקציב חודשי אישי - נכניס הכנסות והוצאות ונבדוק אם התקציב מאוזן.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הגדרה נכונה לתקציב?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שמראה הכנסות והוצאות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נחשב הכנסה אצל תלמיד או תלמידה?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תשלום על נסיעות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 כיס או עבודה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כאשר ההוצאות גדולות מההכנסות?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גירעון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התקציב מאוזן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כדאי להפריש כסף לחיסכון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בסוף החודש אם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בתחילת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הוצאה מופיעה בדף כדוגמה?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ביטוח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הכנסה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מאוזן הוא כשיש גירעון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לקבוע סכום חיסכון קבוע בתחילת החודש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גירעון, אפשר לחפש הוצאות להקטין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 כיס הם סוג של הוצאה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רק מה שנשאר בסוף החודש במקרה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כסף שמגיע אלינו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שאנחנו משלמים על משהו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כשההוצאות גדולות מההכנסות 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כשההכנסות וההוצאות שוות התקציב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הרגל חשוב הוא לשלם קודם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לתקן גירעון אפשר למצוא הוצאות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דמי כיס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הרגל כלכלי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שנשאר אחרי ההוצאות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גירעון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דוגמה להכנסה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דוגמה להוצאה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הוצאות גדולות מהכנסות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בבניית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הנתונים למחשבון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מאיפה מגיע הכסף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גירעון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את ההוצאות החודשיות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סכום חיסכון קבוע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הוצאות להקטין אם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תקציב חודשי מומצא: כתבו הכנסה אחת ו-3 הוצאות. האם התקציב מאוזן?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גיליתם גירעון בתקציב שבניתם, אילו 2 הוצאות הייתם מקטינים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הכנסה להוצאה?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שתקציב מאוזן?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לקבוע חיסכון בתחילת החודש ולא בסופו?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תקציב אישי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