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מקורות הכנסה והוצאה בתקציב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תקציב מאוזן או בגירעון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קביעת סכום חיסכון קבוע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דמי כיס או עבודה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תקציב מאוזן הוא כשההכנסות וההוצאות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מבטיחים שהחיסכון באמת קורה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גירעון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(דוגמה להכנסה)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(דוגמה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(הוצאות גדולות מהכנסות)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שנשאר אחרי ההוצאות)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רושמים מאיפה מגיע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את ההוצאות החודשיות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מכניסים את הנתונים למחשבון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גירעון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חישב נכון הכנסות מול הוצאות וענה אם מאוזן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 - כסף שמגיע, הוצאה - כסף שמשלמים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כשההכנסות וההוצאות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להבטיח שהחיסכון באמת יקרה ולא יישכח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דוגמאות אמיתיות (או מומצאות)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ההרגל של תשלום לעצמי לפני הוצאות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ולהשוות תקציבים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בניית תקציב חודשי אישי - נכניס הכנסות והוצאות ונבדוק אם התקציב מאוזן.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הוצאה  ·  הכנסה  ·  גירעון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הגדרה נכונה לתקציב?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תוכנית שמראה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קניות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נחשב הכנסה אצל תלמיד או תלמידה?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תשלום על נסיעות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דמי כיס או עבודה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קניית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תקציב מאוזן הוא כשיש גירעון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לקבוע סכום חיסכון קבוע בתחילת החודש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כסף שמגיע אלינו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כסף שאנחנו משלמים על משהו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כשההוצאות גדולות מההכנסות יש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דמי כיס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הוצאות גדולות מהכנסות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דוגמה להכנסה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גירעון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שנשאר אחרי ההוצאות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דוגמה להוצאה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בבניית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מכניסים את הנתונים למחשבון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גירעון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מאיפה מגיע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את ההוצאות החודשיות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תקציב חודשי מומצא: כתבו הכנסה אחת ו-3 הוצאות. האם התקציב מאוזן?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הכנסה להוצאה?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אומרים שתקציב מאוזן?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